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12571 — الرقم الفرعي: 99 — الرقم الأصلي: 12571</w:t>
        <w:br/>
      </w:r>
      <w:r>
        <w:rPr>
          <w:rtl w:val="1"/>
        </w:rPr>
        <w:t xml:space="preserve"> حدثنا حسن ثنا أبو هلال ثنا قتادة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كانت شجرةٌ في طريقِ الناسِ، تُؤذي الناس، فأتاها رجُلٌ فعزَلَها عن طريقِ الناس،  </w:t>
      </w:r>
      <w:r>
        <w:rPr>
          <w:color w:val="000000"/>
          <w:rtl w:val="1"/>
        </w:rPr>
        <w:t xml:space="preserve">قال: قالَ النبيُّ ﷺ: «فلَقد رَأيتُه يَتَقلَّبُ في ظِلِّها في الجنَّة».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في الجنة جزاء من جنس العمل في الدنيا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