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طلب الولد-كتاب الجهاد والسير-صحيح البخاري — رقم الحديث: 2819 — الرقم الفرعي: 99 — الرقم الأصلي: 2819</w:t>
        <w:br/>
      </w:r>
      <w:r>
        <w:rPr>
          <w:rtl w:val="1"/>
        </w:rPr>
        <w:t xml:space="preserve"> وقال الليث حدثني جعفر بن ربيعة عن عبد الرحمن بن هرمز قال:سمعت أبا هريرة رضي الله عنه عن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«قال سليمانُ بنُ داودَ عليهما السَّلام: لَأطُوفَنَّ اللَّيلةَ على مئةِ امرأةٍ ــ أو تسعٍ وتسعِينَ ــ كلُّهُنَّ يأتي بفارسٍ يُجاهِدُ في سبيلِ الله،  </w:t>
      </w:r>
      <w:r>
        <w:rPr>
          <w:color w:val="FF0000"/>
          <w:rtl w:val="1"/>
        </w:rPr>
        <w:t xml:space="preserve">فقال له صاحبُه: إنْ شاءَ اللهُ، فلم يَقُلْ: إنْ شاءَ الله،  </w:t>
      </w:r>
      <w:r>
        <w:rPr>
          <w:color w:val="FF0000"/>
          <w:rtl w:val="1"/>
        </w:rPr>
        <w:t xml:space="preserve">فلم يَحمِلْ منهنَّ إلَّا امرأةٌ واحدةٌ، جاءَتْ بشِقِّ رجلٍ،  </w:t>
      </w:r>
      <w:r>
        <w:rPr>
          <w:color w:val="FF0000"/>
          <w:rtl w:val="1"/>
        </w:rPr>
        <w:t xml:space="preserve">والَّذي نَفْسُ محمَّدٍ بيدِه، لو قال: إنْ شاءَ اللهُ، لَجاهَدُوا في سبيلِ الله فُرْسانًا أجمعونَ».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الحشد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التخطيط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فضل قول إن شاء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الحث على تكثير النسل - حفظ النسل</w:t>
      </w:r>
    </w:p>
    <w:p>
      <w:pPr>
        <w:bidi w:val="1"/>
        <w:jc w:val="start"/>
      </w:pPr>
      <w:r>
        <w:rPr>
          <w:rtl w:val="1"/>
        </w:rPr>
        <w:t>الشرح: الدلالة: الترغيب في الجماع - الجماع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المعوقون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إطلاق حجم الأسرة - حجم الأسرة</w:t>
      </w:r>
    </w:p>
    <w:p>
      <w:pPr>
        <w:bidi w:val="1"/>
        <w:jc w:val="start"/>
      </w:pPr>
      <w:r>
        <w:rPr>
          <w:rtl w:val="1"/>
        </w:rPr>
        <w:t>الشرح: الدلالة: المواليد الشرعيون - المواليد (الأحياء والأموات)</w:t>
      </w:r>
    </w:p>
    <w:p>
      <w:pPr>
        <w:bidi w:val="1"/>
        <w:jc w:val="start"/>
      </w:pPr>
      <w:r>
        <w:rPr>
          <w:rtl w:val="1"/>
        </w:rPr>
        <w:t>الشرح: الدلالة: الولادات الميتة - المواليد (الأحياء والأموات)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