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الأرض-كتاب البيوع-صحيح مسلم — رقم الحديث: 1545 — الرقم الفرعي: 99 — الرقم الأصلي: 1545</w:t>
        <w:br/>
      </w:r>
      <w:r>
        <w:rPr>
          <w:rtl w:val="1"/>
        </w:rPr>
        <w:t xml:space="preserve"> حدثنا قتيبة بن سعيد حدثنا يعقوب ملاحظة يعني ابن عبد الرحمن القاريّ عن سهيل بن أبي صالح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المُحاقَلة والمُزابَنة.  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