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تزويج المحرم-كتاب الحجّ-سنن الترمذي — رقم الحديث: 841 — الرقم الفرعي: 99 — الرقم الأصلي: 841</w:t>
        <w:br/>
      </w:r>
      <w:r>
        <w:rPr>
          <w:rtl w:val="1"/>
        </w:rPr>
        <w:t xml:space="preserve"> حدثنا قتيبة أخبرنا حمّاد بن زيد عن مطر الورّاق عن ربيعة بن أبي عبد الرحمن عن سليمان بن يسار عن أبي رافع</w:t>
        <w:br/>
      </w:r>
      <w:r>
        <w:rPr>
          <w:color w:val="FF0000"/>
          <w:rtl w:val="1"/>
        </w:rPr>
        <w:t xml:space="preserve">قال: تَزوَّج رسولُ اللَّهِ ﷺ مَيمونَةَ وهو حَلالٌ، وبَنى بِها وهو حَلالٌ، وكُنتُ أَنا الرَّسولَ فيما بَينَهما. </w:t>
      </w:r>
      <w:r>
        <w:rPr>
          <w:color w:val="000000"/>
          <w:rtl w:val="1"/>
        </w:rPr>
        <w:t xml:space="preserve">هذا حَدِيثٌ حَسَنٌ. </w:t>
      </w:r>
      <w:r>
        <w:rPr>
          <w:color w:val="000000"/>
          <w:rtl w:val="1"/>
        </w:rPr>
        <w:t xml:space="preserve">ولا نَعلَمُ أَحدًا أَسنَدَه غَيرَ حَمَّادِ بنِ زَيدٍ، عن مَطَرٍ الوَرَّاقِ، عن رَبِيعَةَ، ورَوَى مالكُ بنُ أَنَسٍ، عن رَبِيعَةَ، عن سُلَيمانَ بنِ يَسَارٍ، أَنَّ النَّبِيَّ ﷺ تَزَوَّجَ مَيْمُونَةَ وَهُوَ حَلَالٌ» ، رواه مالِكٌ مُرسَلًا، ورواه أَيضًا سُلَيمانُ بنُ بِلالٍ، عن رَبِيعَةَ مُرسَلًا.  </w:t>
      </w:r>
      <w:r>
        <w:rPr>
          <w:color w:val="000000"/>
          <w:rtl w:val="1"/>
        </w:rPr>
        <w:t xml:space="preserve">وروي عن يَزِيدَ بنِ الأَصَمِّ، عن مَيمونة قالت: تَزَوَّجَنِي رَسُولُ اللَّهِ ﷺ وهو حلالٌ.  </w:t>
      </w:r>
      <w:r>
        <w:rPr>
          <w:color w:val="000000"/>
          <w:rtl w:val="1"/>
        </w:rPr>
        <w:t xml:space="preserve">وروى بَعضُهم عن يَزِيدَ بنِ الأَصَمِّ أَنَّ النَّبِيَّ ﷺ تَزَوَّجَ مَيمُونَة وهو حَلالٌ. ويَزِيدُ بنُ الأَصَمِّ هو ابنُ أُختِ مَيمُونَةَ. </w:t>
      </w:r>
    </w:p>
    <w:p>
      <w:pPr>
        <w:bidi w:val="1"/>
        <w:jc w:val="start"/>
      </w:pPr>
      <w:r>
        <w:rPr>
          <w:rtl w:val="1"/>
        </w:rPr>
        <w:t>درجة الحديث: رجاله ثقات / رجاله ثقات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ميمونة بنت الحارث القرشية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نكاح المحرم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