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قدّم ضعفة أهله بليلٍ يقفونت بالمزدلفة-كتاب الحجّ-صحيح البخاري — رقم الحديث: 1678 — الرقم الفرعي: 99 — الرقم الأصلي: 1678</w:t>
        <w:br/>
      </w:r>
      <w:r>
        <w:rPr>
          <w:rtl w:val="1"/>
        </w:rPr>
        <w:t xml:space="preserve"> حدثنا عليّ حدثنا سفيان قال:أخبرني عبيدالله بن أبي يزيد سمع ابن عباس 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أنا ممَّن قَدَّمَ النبيُّ ﷺ ليلةَ المُزدَلِفةِ في ضَعَفةِ أهلِه.  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