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المقام عند البكر-كتاب النكاح-سنن أبي داود — رقم الحديث: 2123 — الرقم الفرعي: 99 — الرقم الأصلي: 2123</w:t>
        <w:br/>
      </w:r>
      <w:r>
        <w:rPr>
          <w:rtl w:val="1"/>
        </w:rPr>
        <w:t xml:space="preserve"> حدثنا وهب بن بقيّة و عثمان بن أبي شيبة عن هشيم عن حميد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لمَّا أَخذَ رسولُ الله ﷺ صَفيَّةَ، أَقامَ عندَها ثلاثًا.  </w:t>
      </w:r>
      <w:r>
        <w:rPr>
          <w:color w:val="000000"/>
          <w:rtl w:val="1"/>
        </w:rPr>
        <w:t xml:space="preserve">زادَ عثمان:  </w:t>
      </w:r>
      <w:r>
        <w:rPr>
          <w:color w:val="000000"/>
          <w:rtl w:val="1"/>
        </w:rPr>
        <w:t xml:space="preserve">وكانت ثيّبًا،  </w:t>
      </w:r>
      <w:r>
        <w:rPr>
          <w:color w:val="000000"/>
          <w:rtl w:val="1"/>
        </w:rPr>
        <w:t xml:space="preserve">وقال: حدَّثني هُشَيم، أَخبرنا حُمَيد، أَخبره أَنس.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صفية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المكث سبعا عند البكر وثلاثا عند الثيب - آداب الزفاف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