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حبّ الخيل-كتاب الخيل-سنن النسائي — رقم الحديث: 3564 — الرقم الفرعي: 99 — الرقم الأصلي: 3564</w:t>
        <w:br/>
      </w:r>
      <w:r>
        <w:rPr>
          <w:rtl w:val="1"/>
        </w:rPr>
        <w:t xml:space="preserve"> أخبرني أحمد بن حفص قال:حدثني أبي قال:حدثني إبراهيم بن طهمان عن سعيد بن أبي عروبة عن قتادة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 يكن شيءٌ أحَبَّ إلى رسولِ الله ﷺ بعدَ النِّساءِ مِن الخَيْل.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للخيل - في ركائبه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