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الثمار قبل أن يبدوَ صلاحها-كتاب البيوع-صحيح البخاري — رقم الحديث: 2194 — الرقم الفرعي: 99 — الرقم الأصلي: 2194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نَهَى عن بيعِ الثِّمارِ حتَّى يَبدُوَ صلاحُها، نَهَى البائعَ والمُبْتاعَ.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