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حبّ الأنصار-كتاب المناقب-صحيح البخاري — رقم الحديث: 3783 — الرقم الفرعي: 99 — الرقم الأصلي: 3783</w:t>
        <w:br/>
      </w:r>
      <w:r>
        <w:rPr>
          <w:rtl w:val="1"/>
        </w:rPr>
        <w:t xml:space="preserve"> حدثنا حجاج بن مِنهال حدثنا شُعبة قال:أخبرني عَدِي بن ثابت قال:سمعت البراء رضي الله عنه قال:سمعت النبي صلى الله عليه وسلم ملاحظة أو قال قال النبي صلىالله عليه وسلم</w:t>
        <w:br/>
      </w:r>
      <w:r>
        <w:rPr>
          <w:color w:val="FF0000"/>
          <w:rtl w:val="1"/>
        </w:rPr>
        <w:t xml:space="preserve">«الأنصارُ لا يُحِبُّهم إلَّا مُؤْمِنٌ، ولا يُبْغِضُهم إلَّا مُنافقٌ،  </w:t>
      </w:r>
      <w:r>
        <w:rPr>
          <w:color w:val="FF0000"/>
          <w:rtl w:val="1"/>
        </w:rPr>
        <w:t xml:space="preserve">فمَن أحبَّهم أحبَّه اللهُ، ومَن أبغَضَهم أبغَضَه اللهُ».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 قيم الإيمان حبُّ الأنصار - قيمة محبّة الله ورسوله</w:t>
      </w:r>
    </w:p>
    <w:p>
      <w:pPr>
        <w:bidi w:val="1"/>
        <w:jc w:val="start"/>
      </w:pPr>
      <w:r>
        <w:rPr>
          <w:rtl w:val="1"/>
        </w:rPr>
        <w:t>الشرح: الدلالة: قيمة حب الأنصار - قيم الحُبُّ في اللهِ ولله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