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الرحمة-كتاب الأدب-سنن أبي داود — رقم الحديث: 4941 — الرقم الفرعي: 99 — الرقم الأصلي: 4941</w:t>
        <w:br/>
      </w:r>
      <w:r>
        <w:rPr>
          <w:rtl w:val="1"/>
        </w:rPr>
        <w:t xml:space="preserve"> حدثنا أبو بكر بن أبي شيبة و مُسدّد ملاحظة المعنى قالا:ثنا سفيان عن عمرو عن أبي قابوس ملاحظة مولى لعبد الله بن عمرو عن عبد الله بن عمرو يبلغ به النبيّ صلى الله عليه وسلم</w:t>
        <w:br/>
      </w:r>
      <w:r>
        <w:rPr>
          <w:color w:val="FF0000"/>
          <w:rtl w:val="1"/>
        </w:rPr>
        <w:t xml:space="preserve">«الرَّاحِمُونَ يَرْحَمُهمُ الرَّحمنُ،  </w:t>
      </w:r>
      <w:r>
        <w:rPr>
          <w:color w:val="FF0000"/>
          <w:rtl w:val="1"/>
        </w:rPr>
        <w:t xml:space="preserve">ارحَمُوا أهلَ الأرضِ يَرْحَمْكُم مَن في السّماء».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قيمة التراحم بين المؤمنين - قيم الرحمة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الرحمة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الاستواء والعلو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