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نهى رسول الله صلى الله عليه وسلم،عن نكاح المتعة آخِراً-كتاب النكاح-صحيح البخاري — رقم الحديث: 5117 — الرقم الفرعي: 99 — الرقم الأصلي: 5117</w:t>
        <w:br/>
      </w:r>
      <w:r>
        <w:rPr>
          <w:rtl w:val="1"/>
        </w:rPr>
        <w:t xml:space="preserve"> حدثنا عليّ حدثنا سفيان قال: قال عمرو عن الحسن بن محمد عن جابر بن عبد الله و سلمة بن الأكوع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كنَّا في جيشٍ، فأَتانا رسولُ رسولِ الله ﷺ، فقال: إنَّه قد أُذِنَ لكم أنْ تَستَمْتِعُوا، فاستَمْتِعُوا. 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