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إسلام عمر بن الخطاب رضي الله عنه-كتاب المناقب-صحيح البخاري — رقم الحديث: 3864 — الرقم الفرعي: 99 — الرقم الأصلي: 3864</w:t>
        <w:br/>
      </w:r>
      <w:r>
        <w:rPr>
          <w:rtl w:val="1"/>
        </w:rPr>
        <w:t xml:space="preserve"> حدثنا يحيى بن سليمان قال:حدثني ابن وهب قال:حدثني عمر بن محمد قال:فأخبرني جدّي زيد بن عبد الله بن عمر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هو في الدّارِ خائفًا، إذْ جاءَه العاصِ بنُ وائلٍ السَّهْميُّ أبو عَمرٍو عليه حُلّةُ حِبَرةٍ، وقميصٌ مَكْفُوفٌ بحَرِيرٍ - وهو من بني سَهْمٍ، وهم حُلَفاؤُنا في الجاهليَّةِ - فقال له: ما بالُكَ؟ قال: زَعَمَ قومُكَ أنَّهم سيَقتُلونني إنْ أسلَمْتُ، قال: لا سبيلَ إليكَ. بعدَ أنْ قالها أَمِنْتُ،  </w:t>
      </w:r>
      <w:r>
        <w:rPr>
          <w:color w:val="FF0000"/>
          <w:rtl w:val="1"/>
        </w:rPr>
        <w:t xml:space="preserve">فخَرَجَ العاصِ فلَقِيَ النّاسَ قد سالَ بهم الوادي، فقال: أينَ تُرِيدونَ؟ فقالوا: نريدُ هذا ابنَ الخطَّاب الَّذي صَبَأَ، قال: لا سبيلَ إليه، فكَرَّ النّاسُ. 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