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إسلام سعيد بن زيد-كتاب المناقب-صحيح البخاري — رقم الحديث: 3862 — الرقم الفرعي: 99 — الرقم الأصلي: 3862</w:t>
        <w:br/>
      </w:r>
      <w:r>
        <w:rPr>
          <w:rtl w:val="1"/>
        </w:rPr>
        <w:t xml:space="preserve"> حدثنا قتيبة بن سعيد حدثنا سفيان عن إسماعيل عن قيس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سعيدَ بنَ زيدِ بنِ عَمرِو بنِ نُفَيلٍ في مسجدِ الكُوفةِ يقولُ:  </w:t>
      </w:r>
      <w:r>
        <w:rPr>
          <w:color w:val="FF0000"/>
          <w:rtl w:val="1"/>
        </w:rPr>
        <w:t xml:space="preserve">والله لقد رأيتُني وإنَّ عمرَ لَمُوثِقي على الإسلامِ قبلَ أنْ يُسلِمَ عمرُ،  </w:t>
      </w:r>
      <w:r>
        <w:rPr>
          <w:color w:val="FF0000"/>
          <w:rtl w:val="1"/>
        </w:rPr>
        <w:t xml:space="preserve">ولو أنَّ أُحُدًا ارفَضَّ لِلَّذي صَنَعْتُم بعُثمانَ لَكانَ.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قيمة الصبر على التمسك بإمام الحق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الصَّبر على التمسُّك بإمام الحقِّ - قيمة البيعة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