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كراء الأرض-كتاب البيوع-صحيح مسلم — رقم الحديث: 1536 — الرقم الفرعي: 25 — الرقم الأصلي: 1536</w:t>
        <w:br/>
      </w:r>
      <w:r>
        <w:rPr>
          <w:rtl w:val="1"/>
        </w:rPr>
        <w:t xml:space="preserve"> وحدثنا سعيد بن منصور و أبو بكر بن أبي شيبة و عمرو الناقد و زهير بن حرب قالوا:حدثنا سفيان بن عُيَيْنة عن حُمَيْد الأعرج عن سليمان بن عَتِيق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النّبيُّ ﷺ عن بَيعِ السِّنين.  </w:t>
      </w:r>
      <w:r>
        <w:rPr>
          <w:color w:val="000000"/>
          <w:rtl w:val="1"/>
        </w:rPr>
        <w:t xml:space="preserve">وفي روايةِ ابنِ أَبي شَيبة: عن بَيعِ الثَّمِر سِنِين.  </w:t>
      </w:r>
    </w:p>
    <w:p>
      <w:pPr>
        <w:bidi w:val="1"/>
        <w:jc w:val="start"/>
      </w:pPr>
      <w:r>
        <w:rPr>
          <w:rtl w:val="1"/>
        </w:rPr>
        <w:t>الشرح: الدلالة: بيع السنين (المعاومة)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