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افتتاح الصلاة-كتاب الصلاة-سنن أبي داود — رقم الحديث: 739 — الرقم الفرعي: 99 — الرقم الأصلي: 739</w:t>
        <w:br/>
      </w:r>
      <w:r>
        <w:rPr>
          <w:rtl w:val="1"/>
        </w:rPr>
        <w:t xml:space="preserve"> حدثنا قتيبة بن سعيد ثنا ابن لهيعة عن أبي هبيرة عن ميمون المكيّ</w:t>
        <w:br/>
      </w:r>
      <w:r>
        <w:rPr>
          <w:color w:val="FF0000"/>
          <w:rtl w:val="1"/>
        </w:rPr>
        <w:t xml:space="preserve">أنه رأى عبد الله بن الزُّبير - وصلَّى بهم - يُشير بكَفَّيهِ حين يقومُ، وحين يركعُ، وحين يسجدُ، وحين ينهضُ للقيام، فيقومُ فيشيرُ بيَدَيهِ،  </w:t>
      </w:r>
      <w:r>
        <w:rPr>
          <w:color w:val="000000"/>
          <w:rtl w:val="1"/>
        </w:rPr>
        <w:t xml:space="preserve">فانطَلَقتُ إلى ابن عبَّاس، فقلت: إني رأيتُ ابن الزبير صلّى صلاةً لم أرَ أحدًا يُصلّيها، فوصفتُ له هذه الإشارةَ،  </w:t>
      </w:r>
      <w:r>
        <w:rPr>
          <w:color w:val="FF0000"/>
          <w:rtl w:val="1"/>
        </w:rPr>
        <w:t xml:space="preserve">فقال: إن أحبَبتَ أن تنظُرَ إلى صلاةِ رسول الله ﷺ فاقتَدِ بصلاة عبد الله بن الزُّبير.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