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فضل النفقة في سبيل الله تعالى-كتاب الجهاد-سنن ابن ماجة — رقم الحديث: 2761 — الرقم الفرعي: 99 — الرقم الأصلي: 2761</w:t>
        <w:br/>
      </w:r>
      <w:r>
        <w:rPr>
          <w:rtl w:val="1"/>
        </w:rPr>
        <w:t xml:space="preserve"> حدثنا هارون بن عبد الله الحمّال ثنا ابن أبي فُديك عن الخليل بن عبد الله عن الحسن عن عليّ بن أبي طالب و أبي الدرداء و أبي هريرة و أبي أمامة الباهليّ و عبد الله بن عمر و عبد الله بن عمرو و جابر بن عبد الله و عمران بن الحصين كلهم يحدث عن رسول الله صلى الله عليه وسلم</w:t>
        <w:br/>
      </w:r>
      <w:r>
        <w:rPr>
          <w:color w:val="000000"/>
          <w:rtl w:val="1"/>
        </w:rPr>
        <w:t xml:space="preserve">أنه قال:  </w:t>
      </w:r>
      <w:r>
        <w:rPr>
          <w:color w:val="FF0000"/>
          <w:rtl w:val="1"/>
        </w:rPr>
        <w:t xml:space="preserve">«مَن أَرسَلَ بنَفَقَةٍ في سَبِيلِ اللهِ، وأَقَامَ في بَيتِه، فَلَه بكُلِّ دِرهم سَبعُ مئةِ دِرهم،  </w:t>
      </w:r>
      <w:r>
        <w:rPr>
          <w:color w:val="FF0000"/>
          <w:rtl w:val="1"/>
        </w:rPr>
        <w:t xml:space="preserve">ومَن غَزَا بنَفسِه في سَبِيل اللهِ، وأَنفَقَ في وَجهِه ذٰلك، فله بكُلِّ دِرهمٍ سَبعُ مِئةِ أَلف دِرهمٍ».  </w:t>
      </w:r>
      <w:r>
        <w:rPr>
          <w:color w:val="FF0000"/>
          <w:rtl w:val="1"/>
        </w:rPr>
        <w:t xml:space="preserve">ثمَّ تلا هٰذه الآية: ﴿وَاللَّهُ يُضَاعِفُ لِمَنْ يَشَاءُ وَاللَّهُ وَاسِعٌ عَلِيمٌ﴾ [البقرة: 261].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فضل تجهيز المجاهدين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فضل غبار الجهاد وتغبير القدمين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