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المعقل من الملاحم-كتاب الملاحم-سنن أبي داود — رقم الحديث: 4298 — الرقم الفرعي: 99 — الرقم الأصلي: 4298</w:t>
        <w:br/>
      </w:r>
      <w:r>
        <w:rPr>
          <w:rtl w:val="1"/>
        </w:rPr>
        <w:t xml:space="preserve"> حدثنا هشام بن عمار ثنا يحيى بن حمزة ثنا ابن جابر حدثني زيد بن أرطاة قال:سمعت جُبَيْر بن نُفَيْر يحدث عن أبي الدرداء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فُسطاطَ المُسلِمينَ يومَ المَلحمَةِ بالغُوطَة، إلى جانبِ مَدينةٍ يُقال لها: دِمشق، مِن خيرِ مَدائنِ الشَّام».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