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الأكسية والخمائص-كتاب اللباس-صحيح البخاري — رقم الحديث: 5815 — الرقم الفرعي: 99 — الرقم الأصلي: 5815</w:t>
        <w:br/>
      </w:r>
      <w:r>
        <w:rPr>
          <w:rtl w:val="1"/>
        </w:rPr>
        <w:t xml:space="preserve"> حدثني يحيى بن بكير حدثنا الليث عن عُقَيل عن ابن شهاب قال:أخبرني عبيد الله بن عبد الله بن عتبة أنّ عائشة و عبد الله بن عباس رضي الله عنهم</w:t>
        <w:br/>
      </w:r>
      <w:r>
        <w:rPr>
          <w:color w:val="000000"/>
          <w:rtl w:val="1"/>
        </w:rPr>
        <w:t xml:space="preserve">قالا:  </w:t>
      </w:r>
      <w:r>
        <w:rPr>
          <w:color w:val="FF0000"/>
          <w:rtl w:val="1"/>
        </w:rPr>
        <w:t xml:space="preserve">لمّا نَزَلَ برسولِ الله ﷺ، طَفِقَ يَطْرَحُ خَمِيصةً له على وجهِه،  </w:t>
      </w:r>
      <w:r>
        <w:rPr>
          <w:color w:val="000000"/>
          <w:rtl w:val="1"/>
        </w:rPr>
        <w:t xml:space="preserve">فإذا اغْتَمَّ كَشَفَها عن وجهِه،  </w:t>
      </w:r>
      <w:r>
        <w:rPr>
          <w:color w:val="000000"/>
          <w:rtl w:val="1"/>
        </w:rPr>
        <w:t xml:space="preserve">فقال وهو كذلكَ:  </w:t>
      </w:r>
      <w:r>
        <w:rPr>
          <w:color w:val="000000"/>
          <w:rtl w:val="1"/>
        </w:rPr>
        <w:t xml:space="preserve">«لَعْنةُ الله على اليهودِ والنَّصارَى، اتَّخَذُوا قُبورَ أنبِيائِهم مساجدَ».  </w:t>
      </w:r>
      <w:r>
        <w:rPr>
          <w:color w:val="000000"/>
          <w:rtl w:val="1"/>
        </w:rPr>
        <w:t xml:space="preserve">يُحذِّرُ ما صَنَعُوا. </w:t>
      </w:r>
    </w:p>
    <w:p>
      <w:pPr>
        <w:bidi w:val="1"/>
        <w:jc w:val="start"/>
      </w:pPr>
      <w:r>
        <w:rPr>
          <w:rtl w:val="1"/>
        </w:rPr>
        <w:t>الشرح: الدلالة: الخميصة - أسماء الملابس</w:t>
      </w:r>
    </w:p>
    <w:p>
      <w:pPr>
        <w:bidi w:val="1"/>
        <w:jc w:val="start"/>
      </w:pPr>
      <w:r>
        <w:rPr>
          <w:rtl w:val="1"/>
        </w:rPr>
        <w:t>الشرح: الدلالة: في الخميصة: - لباس النبي صلى الله عليه وسلم وهيئته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