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عند النوم-كتاب الأدب-سنن أبي داود — رقم الحديث: 5057 — الرقم الفرعي: 99 — الرقم الأصلي: 5057</w:t>
        <w:br/>
      </w:r>
      <w:r>
        <w:rPr>
          <w:rtl w:val="1"/>
        </w:rPr>
        <w:t xml:space="preserve"> حدثنا مؤمل بن الفضل الحرّانيّ ثنا بقيّة عن بَحِير عن خالد بن معدان عن ابن أبي بلال عن عِرباض بن سارية</w:t>
        <w:br/>
      </w:r>
      <w:r>
        <w:rPr>
          <w:color w:val="FF0000"/>
          <w:rtl w:val="1"/>
        </w:rPr>
        <w:t xml:space="preserve">أنَّ رسولَ الله ﷺ كان يَقرأ المسبِّحاتِ قبلَ أنْ يَرْقُدَ،  </w:t>
      </w:r>
      <w:r>
        <w:rPr>
          <w:color w:val="000000"/>
          <w:rtl w:val="1"/>
        </w:rPr>
        <w:t xml:space="preserve">وقال: «إنَّ فيهنَّ آيةً أَفضلُ من ألفِ آية».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 xml:space="preserve">الشرح: الدلالة: قراءته ﷺ القرآن قبل النوم - قراءة النبي ﷺ للقرآن ومدارسته له وتعليمه ... 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وأذكاره إذا أوى إلى فراشه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