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أُثبُت حراء،فليس عليك إلاّ نبيّ وصدّيق وشهيدان-كتاب المناقب-سنن الترمذي — رقم الحديث: 3700 — الرقم الفرعي: 99 — الرقم الأصلي: 3702</w:t>
        <w:br/>
      </w:r>
      <w:r>
        <w:rPr>
          <w:rtl w:val="1"/>
        </w:rPr>
        <w:t xml:space="preserve"> حدثنا محمد بن بشار حدثنا أبو داود حدثنا السّكن بن المغيرة ملاحظة ويكنى أبا محمد،مولى لآل عثمان قال: أخبرنا الوليد بن هشام عن فرقد أبي طلحة عن عبد الرحمن بن خبّاب</w:t>
        <w:br/>
      </w:r>
      <w:r>
        <w:rPr>
          <w:color w:val="FF0000"/>
          <w:rtl w:val="1"/>
        </w:rPr>
        <w:t xml:space="preserve">قال: شَهدتُ النّبيَّ ﷺ وهو يَحُثُّ على جَيشِ العُسْرة،  </w:t>
      </w:r>
      <w:r>
        <w:rPr>
          <w:color w:val="FF0000"/>
          <w:rtl w:val="1"/>
        </w:rPr>
        <w:t xml:space="preserve">فقام عُثمانُ بنُ عفّانَ فقال: يا رَسولَ الله، عليَّ مئةُ بَعيرٍ بأَحلاسِها وأَقتابِها في سَبيلِ الله.  </w:t>
      </w:r>
      <w:r>
        <w:rPr>
          <w:color w:val="FF0000"/>
          <w:rtl w:val="1"/>
        </w:rPr>
        <w:t xml:space="preserve">ثُمَّ حَضَّ على الجَيش، فقامَ عُثمانُ بنُ عفّانَ فقال: يا رَسولَ الله، عليَّ مِئَتا بَعيرٍ بأَحلاسِها وأَقتابِها في سَبيلِ الله.  </w:t>
      </w:r>
      <w:r>
        <w:rPr>
          <w:color w:val="FF0000"/>
          <w:rtl w:val="1"/>
        </w:rPr>
        <w:t xml:space="preserve">ثُمَّ حَضَّ على الجَيش، فقامَ عُثمانُ بنُ عفّانَ فقال: يا رَسولَ الله، عليَّ ثلاثُ مِئةِ بَعيرٍ بأَحلاسِها وأَقتابِها في سَبيلِ الله.  </w:t>
      </w:r>
      <w:r>
        <w:rPr>
          <w:color w:val="FF0000"/>
          <w:rtl w:val="1"/>
        </w:rPr>
        <w:t xml:space="preserve">فأَنا رأيتُ رسولَ الله ﷺ يَنزِلُ عن المِنبَر وهو يقول: «ما على عُثمانَ ما عَمِلَ بعدَ هذه، ما على عُثمانَ ما عَمِلَ بعدَ هذه». </w:t>
      </w:r>
      <w:r>
        <w:rPr>
          <w:color w:val="000000"/>
          <w:rtl w:val="1"/>
        </w:rPr>
        <w:t xml:space="preserve">هذا حديثٌ غريبٌ من هذا الوجه، لا نَعرفُه إلّا مِن حديث السَّكَن بن المُغيرة. </w:t>
      </w:r>
      <w:r>
        <w:rPr>
          <w:color w:val="000000"/>
          <w:rtl w:val="1"/>
        </w:rPr>
        <w:t xml:space="preserve">وفي الباب عن عبد الرَّحمن بن سَمُرة.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عثمان بن عفان يجهز جيش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تجهيز الجيوش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كرم عثمانَ بن عفّان رضي الله عنه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نـجدة جيش المسلمين في الإعداد للقتال - قيمة النجدة والمروءة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