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صلاة الخوف-سنن النسائي — رقم الحديث: 1529 — الرقم الفرعي: 99 — الرقم الأصلي: 1529</w:t>
        <w:br/>
      </w:r>
      <w:r>
        <w:rPr>
          <w:rtl w:val="1"/>
        </w:rPr>
        <w:t xml:space="preserve"> أخبرنا إسحاق بن إبراهيم قال:حدثنا وكيع قال:حدثنا سفيان عن الأشعث بن أبي الشّعثاء عن الأسود بن هلال عن ثَعلبة بن زَهدم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 سَعيدِ بن العاصي بطَبَرِسْتان، ومعنا حُذيفةُ بن اليَمان، فقال: أيُّكم صلَّى مع رَسولِ الله ﷺ صلاةَ الخَوف؟ فقال حُذيفةُ: أنا، فوَصَفَ، فقال:  </w:t>
      </w:r>
      <w:r>
        <w:rPr>
          <w:color w:val="FF0000"/>
          <w:rtl w:val="1"/>
        </w:rPr>
        <w:t xml:space="preserve">صلَّى رَسولُ الله ﷺ صلاةَ الخَوفِ بطائفةٍ رَكعةً، صَفٍّ خلْفَه، وطائفةٌ أُخرى بَينَه وبينَ العدُوّ، فصلَّى بالطائفةِ التي تَليهِ رَكعةً، ثم نَكَصَ هؤلاءِ إلى مَصافِّ أُولئك، وجاء أُولئكَ فصلَّى بهم رَكعَة.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