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صلّى لنفسه فليطوّل-كتاب الصلاة-صحيح البخاري — رقم الحديث: 703 — الرقم الفرعي: 99 — الرقم الأصلي: 703</w:t>
        <w:br/>
      </w:r>
      <w:r>
        <w:rPr>
          <w:rtl w:val="1"/>
        </w:rPr>
        <w:t xml:space="preserve"> حدثنا عبد الله بن يوسف قال: أخبرنا مالك عن أبي الزناد عن الأعرج عن أبي هريرة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«إذا صَلَّى أحدُكم للنّاس فلْيُخفِّفْ، فإنَّ منهمُ الضَّعِيفَ والسَّقِيمَ والكبيرَ،  </w:t>
      </w:r>
      <w:r>
        <w:rPr>
          <w:color w:val="FF0000"/>
          <w:rtl w:val="1"/>
        </w:rPr>
        <w:t xml:space="preserve">وإذا صَلَّى أحدُكم لِنَفْسِه فلْيُطوِّلْ ما شاءَ».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قراءة القرآن في القيام - صلاة القيام والتهجد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