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الهدية من المشركين-كتاب الهبة وفضلها-صحيح البخاري — رقم الحديث: 2618 — الرقم الفرعي: 99 — الرقم الأصلي: 2618</w:t>
        <w:br/>
      </w:r>
      <w:r>
        <w:rPr>
          <w:rtl w:val="1"/>
        </w:rPr>
        <w:t xml:space="preserve"> حدثنا أبو النعمان حدثنا المعتمر بن سليمان عن أبيه عن أبي عثمان عن عبد الرحمن بن أبي بكر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معَ النّبيِّ ﷺ ثلاثينَ ومئةً، فقال النبيُّ ﷺ: «هل مع أحدٍ منكم طعامٌ؟» فإذا مع رجلٍ صاعٌ مِن طعامٍ أو نَحْوُه، فعُجِنَ،  </w:t>
      </w:r>
      <w:r>
        <w:rPr>
          <w:color w:val="000000"/>
          <w:rtl w:val="1"/>
        </w:rPr>
        <w:t xml:space="preserve">ثمَّ جاءَ رجلٌ مُشْرِكٌ مُشْعانٌّ طَوِيلٌ بغَنَمٍ يَسوقُها، فقال النّبيُّ ﷺ: «بيعًا أم عَطِيَّةً؟» - أو قال: «أم هِبةً؟» - قال: لا، بل بيعٌ،  </w:t>
      </w:r>
      <w:r>
        <w:rPr>
          <w:color w:val="FF0000"/>
          <w:rtl w:val="1"/>
        </w:rPr>
        <w:t xml:space="preserve">فاشتَرَى منه شاةً، فصُنِعَتْ،  </w:t>
      </w:r>
      <w:r>
        <w:rPr>
          <w:color w:val="FF0000"/>
          <w:rtl w:val="1"/>
        </w:rPr>
        <w:t xml:space="preserve">وأمَرَ النّبيُّ ﷺ بسَوَادِ البَطْنِ أنْ يُشْوَى،  </w:t>
      </w:r>
      <w:r>
        <w:rPr>
          <w:color w:val="FF0000"/>
          <w:rtl w:val="1"/>
        </w:rPr>
        <w:t xml:space="preserve">وايْمُ الله ما في الثَّلاثِينَ والمئةِ إلَّا قد حَزَّ النّبيُّ ﷺ له حُزّةً مِن سَوادِ بَطْنِها،  </w:t>
      </w:r>
      <w:r>
        <w:rPr>
          <w:color w:val="FF0000"/>
          <w:rtl w:val="1"/>
        </w:rPr>
        <w:t xml:space="preserve">إنْ كانَ شاهدًا أعطاها إيّاه، وإنْ كانَ غائبًا خَبَأَ له،  </w:t>
      </w:r>
      <w:r>
        <w:rPr>
          <w:color w:val="FF0000"/>
          <w:rtl w:val="1"/>
        </w:rPr>
        <w:t xml:space="preserve">فجَعَلَ منها قَصْعَتَينِ، فأكَلُوا أجمعونَ وشَبِعْنا، ففَضَلَتِ القَصْعَتانِ، فحَمَلْناه على البعيرِ.  </w:t>
      </w:r>
      <w:r>
        <w:rPr>
          <w:color w:val="000000"/>
          <w:rtl w:val="1"/>
        </w:rPr>
        <w:t xml:space="preserve">أو كما قال. 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الكبد المشوي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