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الوقوف بجمع-كتاب المناسك-سنن ابن ماجة — رقم الحديث: 3024 — الرقم الفرعي: 99 — الرقم الأصلي: 3024</w:t>
        <w:br/>
      </w:r>
      <w:r>
        <w:rPr>
          <w:rtl w:val="1"/>
        </w:rPr>
        <w:t xml:space="preserve"> حدثنا عليّ بن محمد و عمرو بن عبد الله قالا:ثنا وكيع ثنا ابن أبي روّاد عن أبي سلمة الحمصيّ عن بلال بن رباح</w:t>
        <w:br/>
      </w:r>
      <w:r>
        <w:rPr>
          <w:color w:val="FF0000"/>
          <w:rtl w:val="1"/>
        </w:rPr>
        <w:t xml:space="preserve">أَنَّ النَّبيَّ ﷺ قال له غَداةَ جَمعٍ: «يا بِلالُ، أَسكِت النَّاسَ» أَو «أَنْصِتْ النَّاسَ، ثُمَّ قال: «إِنَّ اللَّهَ تَطَوَّلَ عَلَيكُم في جَمعِكُم هذا فوَهَبَ مُسِيئَكُم لِمُحسِنِكُم، وأَعطَى مُحسِنَكُم ما سَأَلَ، ادفَعُوا بِاسمِ اللَّهِ».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مشروعية المبيت بمزدلفة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الذِكر والتلبية في 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الانتباه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