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الأرض تحدّث أخبارها يوم القيامة-كتاب صفة القيامة-سنن الترمذي — رقم الحديث: 2429 — الرقم الفرعي: 99 — الرقم الأصلي: 2431</w:t>
        <w:br/>
      </w:r>
      <w:r>
        <w:rPr>
          <w:rtl w:val="1"/>
        </w:rPr>
        <w:t xml:space="preserve"> حدثنا سويد بن نصر أخبرنا عبد الله بن المبارك أخبرنا سعيد بن أبي أيّوب حدثنا يحيى بن أبي سليمان عن سعيد المُقبريّ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قرأ رسولُ الله ﷺ: ﴿يَوْمَئِذٍ تُحَدِّثُ أَخْبَارَهَا﴾ [الزلزلة: 4] قال: «أَتدرُونَ ما أَخبارُها؟»  </w:t>
      </w:r>
      <w:r>
        <w:rPr>
          <w:color w:val="000000"/>
          <w:rtl w:val="1"/>
        </w:rPr>
        <w:t xml:space="preserve">قالوا: اللهُ ورسولُه أَعلم،  </w:t>
      </w:r>
      <w:r>
        <w:rPr>
          <w:color w:val="FF0000"/>
          <w:rtl w:val="1"/>
        </w:rPr>
        <w:t xml:space="preserve">قال: «فإنَّ أَخبارَها أن تَشهدَ على كلِّ عبدٍ أَو أَمَةٍ بما عَمِلَ على ظَهرِها، أن تقول: عَمِلَ كذا وكذا يومَ كذا وكذا، قال: فهذه أَخبارُها».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مما يشهد على الإنسان يوم القيامة - الشهود يوم القيامة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