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فضل صلاة الجماعة-كتاب الصلاة-سنن أبي داود — رقم الحديث: 554 — الرقم الفرعي: 99 — الرقم الأصلي: 554</w:t>
        <w:br/>
      </w:r>
      <w:r>
        <w:rPr>
          <w:rtl w:val="1"/>
        </w:rPr>
        <w:t xml:space="preserve"> حدثنا حفص بن عمر ثنا شعبة عن أبي إسحاق عن عبد الله بن أبي بصير عن أُبَيّ بن كعب</w:t>
        <w:br/>
      </w:r>
      <w:r>
        <w:rPr>
          <w:color w:val="FF0000"/>
          <w:rtl w:val="1"/>
        </w:rPr>
        <w:t xml:space="preserve">قال: صلَّى بنا رسولُ الله ﷺ يومًا الصُّبحَ، </w:t>
      </w:r>
      <w:r>
        <w:rPr>
          <w:color w:val="FF0000"/>
          <w:rtl w:val="1"/>
        </w:rPr>
        <w:t xml:space="preserve">فقال: «أشاهِدٌ فُلان؟» قالوا: لا، قال: «أشاهِدٌ فُلان؟» قالوا: لا، </w:t>
      </w:r>
      <w:r>
        <w:rPr>
          <w:color w:val="000000"/>
          <w:rtl w:val="1"/>
        </w:rPr>
        <w:t xml:space="preserve">قال: «إنَّ هاتَينِ الصَّلاتَينِ أثقَلُ الصَّلَواتِ على المُنافقين، </w:t>
      </w:r>
      <w:r>
        <w:rPr>
          <w:color w:val="000000"/>
          <w:rtl w:val="1"/>
        </w:rPr>
        <w:t xml:space="preserve">ولو تَعلمونَ ما فيهما لأتيتُمُوهما ولو حَبْوًا على الرُّكَب، </w:t>
      </w:r>
      <w:r>
        <w:rPr>
          <w:color w:val="000000"/>
          <w:rtl w:val="1"/>
        </w:rPr>
        <w:t xml:space="preserve">وإنَّ الصفَّ الأوّلَ على مِثلِ صَفِّ الملائكة، ولو عَلِمتُم ما فَضيلتُه لابتَدَرتُموهُ، </w:t>
      </w:r>
      <w:r>
        <w:rPr>
          <w:color w:val="000000"/>
          <w:rtl w:val="1"/>
        </w:rPr>
        <w:t xml:space="preserve">وإنّ صلاةَ الرَّجُل مع الرَّجُل أزكَى من صلاتِه وحدَه، </w:t>
      </w:r>
      <w:r>
        <w:rPr>
          <w:color w:val="000000"/>
          <w:rtl w:val="1"/>
        </w:rPr>
        <w:t xml:space="preserve">وصلاتَه مع الرَّجُلَين أزكَى من صلاتِه مع الرَّجُل، وما كَثُرَ فهو أحبُّ إلى الله تعالى».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الانتماء للجماعة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