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أطايب اللحم-كتاب الأطعمة-سنن ابن ماجة — رقم الحديث: 3308 — الرقم الفرعي: 99 — الرقم الأصلي: 3308</w:t>
        <w:br/>
      </w:r>
      <w:r>
        <w:rPr>
          <w:rtl w:val="1"/>
        </w:rPr>
        <w:t xml:space="preserve"> حدثنا بكر بن خلف،أبو بِشر ثنا يحيى بن سعيد عن مِسعَر حدثني شيخٌ مِن فَهْمٍ ملاحظة قال،وأظنّه يُسمّى محمد بن عبد الله</w:t>
        <w:br/>
      </w:r>
      <w:r>
        <w:rPr>
          <w:color w:val="FF0000"/>
          <w:rtl w:val="1"/>
        </w:rPr>
        <w:t xml:space="preserve">أنّه سمِعَ عبدَ الله بنَ جعفَر يحدِّثُ ابنَ الزُّبير، وقد نحَرَ لهم جَزورًا أو بعيرًا،  </w:t>
      </w:r>
      <w:r>
        <w:rPr>
          <w:color w:val="FF0000"/>
          <w:rtl w:val="1"/>
        </w:rPr>
        <w:t xml:space="preserve">أنّه سمِعَ رَسولَ الله ﷺ قالَ والقومُ يُلقُونَ لِرسولِ الله ﷺ اللَّحم، يقول: «أَطيَبُ اللَّحمِ لَحمُ الظَّهر».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الجمل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استطابته ﷺ لحم الظهر - طعامه ﷺ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