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الجهر بقراءة صلاة الفجر-كتاب الصلاة-صحيح البخاري — رقم الحديث: 773 — الرقم الفرعي: 99 — الرقم الأصلي: 773</w:t>
        <w:br/>
      </w:r>
      <w:r>
        <w:rPr>
          <w:rtl w:val="1"/>
        </w:rPr>
        <w:t xml:space="preserve"> حدثنا مُسَدّد قال:حدثنا أبو عوانة عن أبي بشر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انطَلَقَ النبيُّ ﷺ في طائفةٍ من أصحابِه عامِدِينَ إلى سوقِ عُكَاظٍ،  </w:t>
      </w:r>
      <w:r>
        <w:rPr>
          <w:color w:val="FF0000"/>
          <w:rtl w:val="1"/>
        </w:rPr>
        <w:t xml:space="preserve">وقد حِيلَ بينَ الشَّياطينِ وبينَ خَبَرِ السَّماءِ وأُرسِلَتْ عليهمُ الشُّهُبُ،  </w:t>
      </w:r>
      <w:r>
        <w:rPr>
          <w:color w:val="FF0000"/>
          <w:rtl w:val="1"/>
        </w:rPr>
        <w:t xml:space="preserve">فرَجَعَتِ الشَّياطينُ إلى قومِهم، فقالوا: ما لَكُم؟ فقالوا: حِيلَ بينَنا وبينَ خَبَرِ السَّماءِ وأُرسِلَتْ علينا الشُّهُبُ، قالوا: ما حالَ بينَكم وبينَ خَبَرِ السَّماءِ إلَّا شيءٌ حَدَثَ، فاضْرِبُوا مَشارقَ الأرضِ ومَغاربَها، فانظُرُوا ما هذا الَّذي حالَ بينَكم وبينَ خَبَرِ السَّماءِ،  </w:t>
      </w:r>
      <w:r>
        <w:rPr>
          <w:color w:val="FF0000"/>
          <w:rtl w:val="1"/>
        </w:rPr>
        <w:t xml:space="preserve">فانصَرَفَ أُولئكَ الَّذينَ تَوَجَّهُوا نحوَ تِهامةَ إلى النبيِّ ﷺ وهو بنَخْلةَ عامِدِينَ إلى سوقِ عُكَاظٍ، وهو يُصلِّي بأصحابِه صلاةَ الفجرِ، فلمّا سَمِعُوا القرآنَ استَمَعُوا له، فقالوا: هذا والله الَّذي حالَ بينَكم وبينَ خَبَرِ السَّماءِ، فهُنالكَ حينَ رَجَعُوا إلى قومِهم وقالوا: يا قومَنا «إِنَّا سَمِعْنَا قُرْآنًا عَجَبًا (1) يَهْدِي إِلَى الرُّشْدِ فَآمَنَّا بِهِ وَلَنْ نُشْرِكَ بِرَبِّنَا أَحَدًا﴾ [الجن: 1 -2]،  </w:t>
      </w:r>
      <w:r>
        <w:rPr>
          <w:color w:val="FF0000"/>
          <w:rtl w:val="1"/>
        </w:rPr>
        <w:t xml:space="preserve">فأنزَلَ اللهُ على نبيِّه ﷺ ﴿قُلْ أُوحِيَ إِلَيَّ﴾ [الجن:1]، وإنَّما أُوحِيَ إليه قولُ الجِنِّ. 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رؤية الناس للجن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استماع الجن للقرآن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استماع طائفة من الجن للقرآن، وإسلامهم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