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النّسّاج-كتاب البيوع-صحيح البخاري — رقم الحديث: 2093 — الرقم الفرعي: 99 — الرقم الأصلي: 2093</w:t>
        <w:br/>
      </w:r>
      <w:r>
        <w:rPr>
          <w:rtl w:val="1"/>
        </w:rPr>
        <w:t xml:space="preserve"> حدثنا يحيى بن بكير حدثنا يعقوب بن عبد الرحمن عن أبي حازم قال:سمعت سهل بن سعد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جاءَتِ امرأةٌ ببُرْدةٍ -  </w:t>
      </w:r>
      <w:r>
        <w:rPr>
          <w:color w:val="000000"/>
          <w:rtl w:val="1"/>
        </w:rPr>
        <w:t xml:space="preserve">قال: أتدْرونَ ما البُرْدةُ؟ فقيلَ له: نعم، هي الشَّمْلةُ مَنسُوجٌ في حاشِيَتِها -  </w:t>
      </w:r>
      <w:r>
        <w:rPr>
          <w:color w:val="FF0000"/>
          <w:rtl w:val="1"/>
        </w:rPr>
        <w:t xml:space="preserve">قالت: يا رسولَ الله، إنّي نَسَجْتُ هذه بيَدي أكسُوكَها.  </w:t>
      </w:r>
      <w:r>
        <w:rPr>
          <w:color w:val="FF0000"/>
          <w:rtl w:val="1"/>
        </w:rPr>
        <w:t xml:space="preserve">فأخَذَها النبيُّ ﷺ مُحتاجًا إليها،  </w:t>
      </w:r>
      <w:r>
        <w:rPr>
          <w:color w:val="FF0000"/>
          <w:rtl w:val="1"/>
        </w:rPr>
        <w:t xml:space="preserve">فخَرَجَ إلينا وإنَّها إزَارُه،  </w:t>
      </w:r>
      <w:r>
        <w:rPr>
          <w:color w:val="FF0000"/>
          <w:rtl w:val="1"/>
        </w:rPr>
        <w:t xml:space="preserve">فقال رجلٌ مِن القومِ: يا رسولَ الله، اكسُنِيها.  </w:t>
      </w:r>
      <w:r>
        <w:rPr>
          <w:color w:val="FF0000"/>
          <w:rtl w:val="1"/>
        </w:rPr>
        <w:t xml:space="preserve">فقال: «نَعَم»، فجَلَسَ النبيُّ ﷺ في المَجلِسِ، ثمَّ رَجَعَ فطَواها، ثمَّ أرسَلَ بها إليه. </w:t>
      </w:r>
      <w:r>
        <w:rPr>
          <w:color w:val="000000"/>
          <w:rtl w:val="1"/>
        </w:rPr>
        <w:t xml:space="preserve">فقال له القومُ: ما أحسَنتَ، سألتَها إيّاه! لقد عَلِمْتَ أنَّه لا يَرُدُّ سائلًا.  </w:t>
      </w:r>
      <w:r>
        <w:rPr>
          <w:color w:val="000000"/>
          <w:rtl w:val="1"/>
        </w:rPr>
        <w:t xml:space="preserve">فقال الرَّجلُ: والله ما سألتُه إلَّا لِتكونَ كَفَني يومَ أمُوتُ.  </w:t>
      </w:r>
      <w:r>
        <w:rPr>
          <w:color w:val="000000"/>
          <w:rtl w:val="1"/>
        </w:rPr>
        <w:t xml:space="preserve">قال سَهْلٌ: فكانت كَفَنَه.  </w:t>
      </w:r>
    </w:p>
    <w:p>
      <w:pPr>
        <w:bidi w:val="1"/>
        <w:jc w:val="start"/>
      </w:pPr>
      <w:r>
        <w:rPr>
          <w:rtl w:val="1"/>
        </w:rPr>
        <w:t>الشرح: الدلالة: قيمة الإيثار باللباس - قيم الإيثار</w:t>
      </w:r>
    </w:p>
    <w:p>
      <w:pPr>
        <w:bidi w:val="1"/>
        <w:jc w:val="start"/>
      </w:pPr>
      <w:r>
        <w:rPr>
          <w:rtl w:val="1"/>
        </w:rPr>
        <w:t>الشرح: الدلالة: قيمة السماحة مع الفقراء والضعفاء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جوده ﷺ مما هو محتاج إليه - جود النبي ﷺ وكرمه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