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وضع اليمنى على اليسرى-كتاب الصلاة-صحيح البخاري — رقم الحديث: 740 — الرقم الفرعي: 99 — الرقم الأصلي: 740</w:t>
        <w:br/>
      </w:r>
      <w:r>
        <w:rPr>
          <w:rtl w:val="1"/>
        </w:rPr>
        <w:t xml:space="preserve"> حدثنا عبد الله بن مسلمة عن مالك عن أبي حازم عن سهل بن سعد</w:t>
        <w:br/>
      </w:r>
      <w:r>
        <w:rPr>
          <w:color w:val="FF0000"/>
          <w:rtl w:val="1"/>
        </w:rPr>
        <w:t xml:space="preserve">كان النّاسُ يُؤمَرونَ أنْ يَضَعَ الرَّجلُ اليَدَ اليُمنَى على ذِرَاعِه اليُسرَى في الصلاةِ.  </w:t>
      </w:r>
      <w:r>
        <w:rPr>
          <w:color w:val="000000"/>
          <w:rtl w:val="1"/>
        </w:rPr>
        <w:t xml:space="preserve">قال أبو حازمٍ: لا أعلَمُه إلَّا يَنمِي ذلكَ إلى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هيئة اليدين في الوقوف في الصلاة - الوقوف في الصلاة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الحديث الموقوف الذي له حكم المرفوع - الحديث الموقوف</w:t>
      </w:r>
    </w:p>
    <w:p>
      <w:pPr>
        <w:bidi w:val="1"/>
        <w:jc w:val="start"/>
      </w:pPr>
      <w:r>
        <w:rPr>
          <w:rtl w:val="1"/>
        </w:rPr>
        <w:t>الشرح: الدلالة: ** قيمة النظام في صفة الصلاة وكيفيتها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