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يتزوج المرأة ثم يطلقها قبل أن يدخل-كتاب النكاح-سنن الترمذي — رقم الحديث: 1117 — الرقم الفرعي: 99 — الرقم الأصلي: 1117</w:t>
        <w:br/>
      </w:r>
      <w:r>
        <w:rPr>
          <w:rtl w:val="1"/>
        </w:rPr>
        <w:t xml:space="preserve"> حدثنا قتيبة حدثنا ابن لهيعة عن عمرو بن شعيب عن أبيه عن جده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«أيُّما رجلٍ نَكَحَ امرأةً فدَخلَ بها، فلا يَحِلُّ له نِكاحُ ابنَتِها،  </w:t>
      </w:r>
      <w:r>
        <w:rPr>
          <w:color w:val="FF0000"/>
          <w:rtl w:val="1"/>
        </w:rPr>
        <w:t xml:space="preserve">وإن لم يكُن دَخَلَ بها، فلْيَنكِح ابنَتَها،  </w:t>
      </w:r>
      <w:r>
        <w:rPr>
          <w:color w:val="FF0000"/>
          <w:rtl w:val="1"/>
        </w:rPr>
        <w:t xml:space="preserve">وأيُّما رجلٍ نَكَحَ امرأةً فدَخلَ بها أو لم يَدخُل بها، فلا يَحِلُّ له نِكاحُ أُمِّها». </w:t>
      </w:r>
      <w:r>
        <w:rPr>
          <w:color w:val="000000"/>
          <w:rtl w:val="1"/>
        </w:rPr>
        <w:t xml:space="preserve">هذا حديثٌ لا يَصِحُّ مِن قِبَلِ إسنادِه، وإنَّما رواه ابنُ لَهِيعةَ والمُثنَّى بن الصَّبَّاح، عن عَمرو بنِ شُعيب، والمُثنَّى بنُ الصَّبَّاح وابنُ لَهِيعةَ يُضعَّفانِ في الحديث. </w:t>
      </w:r>
      <w:r>
        <w:rPr>
          <w:color w:val="000000"/>
          <w:rtl w:val="1"/>
        </w:rPr>
        <w:t xml:space="preserve">والعملُ على هذا عندَ أَكثرِ أَهلِ العِلم؛  </w:t>
      </w:r>
      <w:r>
        <w:rPr>
          <w:color w:val="000000"/>
          <w:rtl w:val="1"/>
        </w:rPr>
        <w:t xml:space="preserve">قالوا: إذا تَزوَّجَ الرجلُ امرأةً ثم طلَّقَها قبلَ أن يَدخُلَ بها، حَلَّ له أن يَنكِحَ ابنتَها،  </w:t>
      </w:r>
      <w:r>
        <w:rPr>
          <w:color w:val="000000"/>
          <w:rtl w:val="1"/>
        </w:rPr>
        <w:t xml:space="preserve">وإذا تَزوَّج الرَّجلُ الابنةَ فطلَّقَها قبلَ أن يَدخُلَ بها، لم يَحِلَّ له نِكاحُ أمِّها، لقول الله: ﴿وَأُمَّهَاتُ نِسَائِكُم﴾ [النساء: 23]، وهو قولُ الشافعيِّ، وأَحمدَ، وإسحاق.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أمهات النساء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بنات الزوجات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المحرمات بسبب المصاهرة - المحرمات تحريمًا مؤبدًا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