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في الدعاء إذا غزا-كتاب الدعوات-سنن الترمذي — رقم الحديث: 3584 — الرقم الفرعي: 99 — الرقم الأصلي: 3579</w:t>
        <w:br/>
      </w:r>
      <w:r>
        <w:rPr>
          <w:rtl w:val="1"/>
        </w:rPr>
        <w:t xml:space="preserve"> حدثنا نصر بن عليّ الجَهضَميّ قال:أخبرني أبي عن المثنى بن سعيد عن قتادة عن أنس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النَّبيُّ ﷺ إذا غَزا قال: «اللّهمَّ أَنتَ عَضُدِي، وأَنتَ نَصِيري، وبك أُقاتِل».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إخلاصه ﷺ في القتال - إخلاص النبيّ ﷺ لربه عز وجل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