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الصلح مع المشركين-كتاب الصلح-صحيح البخاري — رقم الحديث: 2700 — الرقم الفرعي: 99 — الرقم الأصلي: 2700</w:t>
        <w:br/>
      </w:r>
      <w:r>
        <w:rPr>
          <w:rtl w:val="1"/>
        </w:rPr>
        <w:t xml:space="preserve"> وقال موسى بن مسعود حدثنا سفيان بن سعيد عن أبي إسحاق عن البراء بن عازب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صالَحَ النبيُّ ﷺ المشركينَ يومَ الحُدَيبِيَةِ على ثلاثةِ أشياءَ:  </w:t>
      </w:r>
      <w:r>
        <w:rPr>
          <w:color w:val="FF0000"/>
          <w:rtl w:val="1"/>
        </w:rPr>
        <w:t xml:space="preserve">على أنَّ مَن أتاه مِن المشركينَ رَدَّه إليهم، ومَن أتاهم مِن المسلمينَ لم يَرُدُّوه،  </w:t>
      </w:r>
      <w:r>
        <w:rPr>
          <w:color w:val="FF0000"/>
          <w:rtl w:val="1"/>
        </w:rPr>
        <w:t xml:space="preserve">وعلى أنْ يَدخُلَها مِن قابلٍ ويُقِيمَ بها ثلاثةَ أيّامٍ،  </w:t>
      </w:r>
      <w:r>
        <w:rPr>
          <w:color w:val="FF0000"/>
          <w:rtl w:val="1"/>
        </w:rPr>
        <w:t xml:space="preserve">ولا يَدخُلَها إلَّا بجُلُبّانِ السِّلاح، السَّيفِ والقَوْسِ ونحوِه.  </w:t>
      </w:r>
      <w:r>
        <w:rPr>
          <w:color w:val="FF0000"/>
          <w:rtl w:val="1"/>
        </w:rPr>
        <w:t xml:space="preserve">فجاءَ أبو جَندَلٍ يَحْجُلُ في قُيُودِه، فرَدَّه إليهم. </w:t>
      </w:r>
      <w:r>
        <w:rPr>
          <w:color w:val="000000"/>
          <w:rtl w:val="1"/>
        </w:rPr>
        <w:t xml:space="preserve">قال أبو عبد الله: لم يَذكُرْ مُؤَمَّلٌ عن سفيانَ أبا جَندَلٍ، وقال: إلّا بجُلُبِّ السِّلاحِ. </w:t>
      </w:r>
    </w:p>
    <w:p>
      <w:pPr>
        <w:bidi w:val="1"/>
        <w:jc w:val="start"/>
      </w:pPr>
      <w:r>
        <w:rPr>
          <w:rtl w:val="1"/>
        </w:rPr>
        <w:t xml:space="preserve">الشرح: الدلالة: مصالحته ﷺ ومعاهدته لهم ووفاؤه بالعهد - معاملة النبي ﷺ للكفار </w:t>
      </w:r>
    </w:p>
    <w:p>
      <w:pPr>
        <w:bidi w:val="1"/>
        <w:jc w:val="start"/>
      </w:pPr>
      <w:r>
        <w:rPr>
          <w:rtl w:val="1"/>
        </w:rPr>
        <w:t>الشرح: الدلالة: عقد صلح الحديبية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