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قدر كم يُعطى من مال الزكاة والصدقة-كتاب الزكاة-صحيح البخاري — رقم الحديث: 1446 — الرقم الفرعي: 99 — الرقم الأصلي: 1446</w:t>
        <w:br/>
      </w:r>
      <w:r>
        <w:rPr>
          <w:rtl w:val="1"/>
        </w:rPr>
        <w:t xml:space="preserve"> حدثنا أحمد بن يونس حدثنا أبو شهاب عن خالد الحَذّاء عن حفصة بنت سيرين عن أمّ عطيّة رضي الله عنها</w:t>
        <w:br/>
      </w:r>
      <w:r>
        <w:rPr>
          <w:color w:val="FF0000"/>
          <w:rtl w:val="1"/>
        </w:rPr>
        <w:t xml:space="preserve">قالت: بُعِثَ إلى نُسَيبةَ الأنصاريَّةِ بشاةٍ، فأرسَلَتْ إلى عائشةَ رضي الله عنها منها،  </w:t>
      </w:r>
      <w:r>
        <w:rPr>
          <w:color w:val="FF0000"/>
          <w:rtl w:val="1"/>
        </w:rPr>
        <w:t xml:space="preserve">فقال النبيُّ ﷺ: «عندَكم شيءٌ؟» فقلتُ: لا، إلّا ما أرسَلَتْ به نُسَيبةُ من تلكَ الشّاةِ، فقال: «هاتِ، فقد بَلَغَتْ مَحِلَّها».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