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المواقيت-أول كتاب المناسك-سنن أبي داود — رقم الحديث: 1740 — الرقم الفرعي: 99 — الرقم الأصلي: 1740</w:t>
        <w:br/>
      </w:r>
      <w:r>
        <w:rPr>
          <w:rtl w:val="1"/>
        </w:rPr>
        <w:t xml:space="preserve"> حدثنا أحمد بن محمد بن حنبل ثنا وكيع ثنا سفيان عن يزيد بن أبي زياد عن محمد بن عليّ بن عبد الله بن عبّاس عن ابن عبّاس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وقَّتَ رسولُ الله ﷺ لأهلِ المَشْرِقِ العَقِيقَ.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المواقيت المكانية - مواقيت الحج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