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نصر المظلوم-كتاب المظالم-صحيح البخاري — رقم الحديث: 2446 — الرقم الفرعي: 99 — الرقم الأصلي: 2446</w:t>
        <w:br/>
      </w:r>
      <w:r>
        <w:rPr>
          <w:rtl w:val="1"/>
        </w:rPr>
        <w:t xml:space="preserve"> حدثنا محمد بن العلاء حدثنا أبو أسامة عن بريد عن أبي بردة عن أبي موسى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«المؤمِنُ لِلمُؤْمِنِ كالبُنْيانِ يَشُدُّ بعضُه بعضًا»  </w:t>
      </w:r>
      <w:r>
        <w:rPr>
          <w:color w:val="FF0000"/>
          <w:rtl w:val="1"/>
        </w:rPr>
        <w:t xml:space="preserve">وشَبَّكَ بينَ أَصابعِه.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 التكافُل الاجتِماعي - القيم الاجتماعية</w:t>
      </w:r>
    </w:p>
    <w:p>
      <w:pPr>
        <w:bidi w:val="1"/>
        <w:jc w:val="start"/>
      </w:pPr>
      <w:r>
        <w:rPr>
          <w:rtl w:val="1"/>
        </w:rPr>
        <w:t>الشرح: الدلالة: قيمة التعاون - التعاون والعُضويّة في الجَماعة</w:t>
      </w:r>
    </w:p>
    <w:p>
      <w:pPr>
        <w:bidi w:val="1"/>
        <w:jc w:val="start"/>
      </w:pPr>
      <w:r>
        <w:rPr>
          <w:rtl w:val="1"/>
        </w:rPr>
        <w:t>الشرح: الدلالة: قيم التكافل الاقتصادي، ومحاربة الفقر - القيم الاقتصادية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