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في صفة درجات الجنة-كتاب صفة الجنة-سنن الترمذي — رقم الحديث: 2531 — الرقم الفرعي: 99 — الرقم الأصلي: 2533</w:t>
        <w:br/>
      </w:r>
      <w:r>
        <w:rPr>
          <w:rtl w:val="1"/>
        </w:rPr>
        <w:t xml:space="preserve"> حدثنا عبد الله بن عبد الرحمن أخبرنا يزيد بن هارون أخبرنا همّام حدثنا زيد بن أسلم عن عطاء بن يسار عن عبادة بن الصامت أنّ رسول الله صلىالله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«في الجَنّةِ مِئةُ دَرَجةٍ،  </w:t>
      </w:r>
      <w:r>
        <w:rPr>
          <w:color w:val="000000"/>
          <w:rtl w:val="1"/>
        </w:rPr>
        <w:t xml:space="preserve">ما بين كلِّ دَرَجَتينِ كما بينَ السَّماءِ الأرضِ،  </w:t>
      </w:r>
      <w:r>
        <w:rPr>
          <w:color w:val="FF0000"/>
          <w:rtl w:val="1"/>
        </w:rPr>
        <w:t xml:space="preserve">والفِردَوسُ أَعلاها دَرَجةً،  </w:t>
      </w:r>
      <w:r>
        <w:rPr>
          <w:color w:val="FF0000"/>
          <w:rtl w:val="1"/>
        </w:rPr>
        <w:t xml:space="preserve">ومنها تَفَجَّرُ أَنهارُ الجنّةِ الأَربعَة، ومِن فوقِها يكونُ العَرشُ،  </w:t>
      </w:r>
      <w:r>
        <w:rPr>
          <w:color w:val="000000"/>
          <w:rtl w:val="1"/>
        </w:rPr>
        <w:t xml:space="preserve">فإذا سألتُم اللهَ فسَلُوهُ الفِردَوس». </w:t>
      </w:r>
      <w:r>
        <w:rPr>
          <w:color w:val="000000"/>
          <w:rtl w:val="1"/>
        </w:rPr>
        <w:t xml:space="preserve">حدثنا أحمد بن منيع, قال: حدثنا يزيد بن هارون, قال: حدثنا همام, عن زيد بن أسلم, نحوه.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الآخرة - التصور الإسلامي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>الشرح: الدلالة: الحاجة إلى الكمال الإنساني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بالدعاء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التعليم بالقصة والمثل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* الفردوس أعلى درجة في الجنة - درجات الجنة</w:t>
      </w:r>
    </w:p>
    <w:p>
      <w:pPr>
        <w:bidi w:val="1"/>
        <w:jc w:val="start"/>
      </w:pPr>
      <w:r>
        <w:rPr>
          <w:rtl w:val="1"/>
        </w:rPr>
        <w:t>الشرح: الدلالة: * أنهار الجنة الأربعة تَفَجَّر من الفردوس الأعلى - أنهار الجنة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