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الهدية من المشركين-كتاب الهبة وفضلها-صحيح البخاري — رقم الحديث: 2616 — الرقم الفرعي: 99 — الرقم الأصلي: 2616</w:t>
        <w:br/>
      </w:r>
      <w:r>
        <w:rPr>
          <w:rtl w:val="1"/>
        </w:rPr>
        <w:t xml:space="preserve"> وقال سعيد عن قتادة عن أنس</w:t>
        <w:br/>
      </w:r>
      <w:r>
        <w:rPr>
          <w:color w:val="FF0000"/>
          <w:rtl w:val="1"/>
        </w:rPr>
        <w:t xml:space="preserve">إنَّ أُكَيدِرَ دُومَةَ أهدَى إلى النبيِّ ﷺ. 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