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1257 — الرقم الفرعي: 99 — الرقم الأصلي: 1257</w:t>
        <w:br/>
      </w:r>
      <w:r>
        <w:rPr>
          <w:rtl w:val="1"/>
        </w:rPr>
        <w:t xml:space="preserve"> حدثنا أبو نعيم حدثنا مسعر عن أبي عون عن أبي صالح الحنفيّ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 لِعليٍّ، ولأَبي بكرٍ يومَ بدر: مع أَحدِكُما جِبريلُ، ومع الآخَر مِيكائيلُ، وإسرافيلُ ملَكٌ عظيمٌ يَشهدُ القِتال - أو قال: يَشهدُ الصَّف.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إمداد الله عز وجل المسلمين بالملائكة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