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الدين-كتاب الاستعاذة-سنن النسائي — رقم الحديث: 5473 — الرقم الفرعي: 99 — الرقم الأصلي: 5473</w:t>
        <w:br/>
      </w:r>
      <w:r>
        <w:rPr>
          <w:rtl w:val="1"/>
        </w:rPr>
        <w:t xml:space="preserve"> أخبرنا محمد بن عبد الله بن يزيد قال:حدثنا أبي قال:حدثنا حَيْوَة وذكر آخر:قال:حدثنا سالم بن غيلان التجيبيّ أنه سمع درّاجاً،أبا السمح أنه سمع أبا الهيثم أنه سمع أبا سعيد يقول:سمعت رسول الله،صلى الله عليه وسلم</w:t>
        <w:br/>
      </w:r>
      <w:r>
        <w:rPr>
          <w:color w:val="FF0000"/>
          <w:rtl w:val="1"/>
        </w:rPr>
        <w:t xml:space="preserve">يقول: أعوذُ باللهِ مِن الكُفر والدَّيْن.  </w:t>
      </w:r>
      <w:r>
        <w:rPr>
          <w:color w:val="FF0000"/>
          <w:rtl w:val="1"/>
        </w:rPr>
        <w:t xml:space="preserve">قال رجُلٌ: يا رسولَ الله، أتعدِل الدَّيْن بالكُفر؟ فقال رسولُ الله ﷺ: نعم.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الأذكار والأدعية لغلبة الدين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