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مناقب أبي حفص عمر بن الخطاب رضي الله عنه-كتاب المناقب-سنن الترمذي — رقم الحديث: 3681 — الرقم الفرعي: 99 — الرقم الأصلي: 3683</w:t>
        <w:br/>
      </w:r>
      <w:r>
        <w:rPr>
          <w:rtl w:val="1"/>
        </w:rPr>
        <w:t xml:space="preserve"> حدثنا محمد بن بشار و محمد بن رافع قالا:حدثنا أبو عامر العَقَديّ حدثنا خارجة بن عبد الله الأنصاريّ عن نافع عن ابن عمر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«اللّهمَّ أَعِزَّ الإسلامَ بأَحبِّ هذَينِ الرَّجُلين إليك: بأَبي جهل، أو بعُمرَ بن الخطّاب»  </w:t>
      </w:r>
      <w:r>
        <w:rPr>
          <w:color w:val="FF0000"/>
          <w:rtl w:val="1"/>
        </w:rPr>
        <w:t xml:space="preserve">قال: وكانَ أَحبَّهما إليه عُمر. </w:t>
      </w:r>
      <w:r>
        <w:rPr>
          <w:color w:val="000000"/>
          <w:rtl w:val="1"/>
        </w:rPr>
        <w:t xml:space="preserve">هذا حديثٌ حسنٌ صحيحٌ غريبٌ من حديث ابن عمر.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إسلام عمر بن الخطاب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