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أبواب تفريع استفتاح الصلاة - باب رفع اليدين في الصلاة-كتاب الصلاة-سنن أبي داود — رقم الحديث: 725 — الرقم الفرعي: 99 — الرقم الأصلي: 725</w:t>
        <w:br/>
      </w:r>
      <w:r>
        <w:rPr>
          <w:rtl w:val="1"/>
        </w:rPr>
        <w:t xml:space="preserve"> حدثنا مُسدّد ثنا يزيد ملاحظة يعني ابن زريع ثنا المسعوديّ حدثني عبد الجبّار بن وائل حدثني أهل بيتي عن أبي</w:t>
        <w:br/>
      </w:r>
      <w:r>
        <w:rPr>
          <w:color w:val="000000"/>
          <w:rtl w:val="1"/>
        </w:rPr>
        <w:t xml:space="preserve">أنّه حدَّثهم:  </w:t>
      </w:r>
      <w:r>
        <w:rPr>
          <w:color w:val="FF0000"/>
          <w:rtl w:val="1"/>
        </w:rPr>
        <w:t xml:space="preserve">أنّه رأى رَسولَ الله ﷺ يَرفَعُ يَدَيهِ مع التّكبِيرَة.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