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سؤال المشركين أن يريهم النبيّ صلى الله عليه وسلم،آية-كتاب المناقب-صحيح البخاري — رقم الحديث: 3636 — الرقم الفرعي: 99 — الرقم الأصلي: 3636</w:t>
        <w:br/>
      </w:r>
      <w:r>
        <w:rPr>
          <w:rtl w:val="1"/>
        </w:rPr>
        <w:t xml:space="preserve"> حدثنا صَدَقة بن الفضل أخبرنا ابن عُيينة عن ابن أبي نَجيح عن مجاهد عن أبي مَعمَر عن عبد الله بن مسعود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انشَقَّ القَمَرُ على عَهْدِ رسولِ الله ﷺ شِقَّتَينِ، فقال النبيُّ ﷺ: «اشهَدُوا». </w:t>
      </w:r>
    </w:p>
    <w:p>
      <w:pPr>
        <w:bidi w:val="1"/>
        <w:jc w:val="start"/>
      </w:pPr>
      <w:r>
        <w:rPr>
          <w:rtl w:val="1"/>
        </w:rPr>
        <w:t>الشرح: الدلالة: انشقاق القمر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حادثة انشقاق القمر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