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التسعير-أول كتاب البيوع-سنن أبي داود — رقم الحديث: 3450 — الرقم الفرعي: 99 — الرقم الأصلي: 3450</w:t>
        <w:br/>
      </w:r>
      <w:r>
        <w:rPr>
          <w:rtl w:val="1"/>
        </w:rPr>
        <w:t xml:space="preserve"> حدثنا محمد بن عثمان الدمشقيّ أنّ سليمان بن بلال حدثهم حدثني العلاء بن عبد الرحمن عن أبيه عن أبي هريرة</w:t>
        <w:br/>
      </w:r>
      <w:r>
        <w:rPr>
          <w:color w:val="000000"/>
          <w:rtl w:val="1"/>
        </w:rPr>
        <w:t xml:space="preserve">أنَّ رجلًا جاء فقال: يا رسولَ الله ﷺ، سَعِّرْ، فقال: «بل أَدعُو»،  </w:t>
      </w:r>
      <w:r>
        <w:rPr>
          <w:color w:val="FF0000"/>
          <w:rtl w:val="1"/>
        </w:rPr>
        <w:t xml:space="preserve">ثم جاءَه رجلٌ، فقال: يا رسولَ الله، سَعِّرْ، فقال: «بل اللهُ يَخفِضُ ويَرفَع،  </w:t>
      </w:r>
      <w:r>
        <w:rPr>
          <w:color w:val="FF0000"/>
          <w:rtl w:val="1"/>
        </w:rPr>
        <w:t xml:space="preserve">وإنِّي لَأَرجو أن أَلقَى اللهَ وليس لأَحدٍ عندِي مَظْلِمَةٌ».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ذكر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السعر - عناصر التسويق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