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الإشارة في الصلاة-كتاب الصلاة-سنن أبي داود — رقم الحديث: 943 — الرقم الفرعي: 99 — الرقم الأصلي: 943</w:t>
        <w:br/>
      </w:r>
      <w:r>
        <w:rPr>
          <w:rtl w:val="1"/>
        </w:rPr>
        <w:t xml:space="preserve"> حدثنا أحمد بن محمد بن شبويه المروزيّ و محمد بن رافع قالا:ثنا عبد الرزاق أخبرنا معمر عن الزهريّ عن أنس بن مالك</w:t>
        <w:br/>
      </w:r>
      <w:r>
        <w:rPr>
          <w:color w:val="FF0000"/>
          <w:rtl w:val="1"/>
        </w:rPr>
        <w:t xml:space="preserve">أنّ النّبيَّ ﷺ كان يُشيرُ في الصّلاة.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