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صدقة الزرع-كتاب الزكاة-سنن أبي داود — رقم الحديث: 1599 — الرقم الفرعي: 99 — الرقم الأصلي: 1599</w:t>
        <w:br/>
      </w:r>
      <w:r>
        <w:rPr>
          <w:rtl w:val="1"/>
        </w:rPr>
        <w:t xml:space="preserve"> حدثنا الربيع بن سليمان ثنا ابن وهب عن سليمان ملاحظة يعني ابن بلال عن شريك بن عبد الله بن أبي نمر عن عطاء بن يسار عن معاذ بن جبل</w:t>
        <w:br/>
      </w:r>
      <w:r>
        <w:rPr>
          <w:color w:val="000000"/>
          <w:rtl w:val="1"/>
        </w:rPr>
        <w:t xml:space="preserve">أنَّ رسولَ الله ﷺ بعَثَه إلى اليَمَن فقال:  </w:t>
      </w:r>
      <w:r>
        <w:rPr>
          <w:color w:val="FF0000"/>
          <w:rtl w:val="1"/>
        </w:rPr>
        <w:t xml:space="preserve">«خُذِ الحبَّ مِنَ الحبِّ،  </w:t>
      </w:r>
      <w:r>
        <w:rPr>
          <w:color w:val="FF0000"/>
          <w:rtl w:val="1"/>
        </w:rPr>
        <w:t xml:space="preserve">والشاةَ من الغَنَم،  </w:t>
      </w:r>
      <w:r>
        <w:rPr>
          <w:color w:val="FF0000"/>
          <w:rtl w:val="1"/>
        </w:rPr>
        <w:t xml:space="preserve">والبعيرَ مِن الإبل،  </w:t>
      </w:r>
      <w:r>
        <w:rPr>
          <w:color w:val="FF0000"/>
          <w:rtl w:val="1"/>
        </w:rPr>
        <w:t xml:space="preserve">والبقرةَ مِن البَقر». </w:t>
      </w:r>
      <w:r>
        <w:rPr>
          <w:color w:val="000000"/>
          <w:rtl w:val="1"/>
        </w:rPr>
        <w:t xml:space="preserve">قال أبو داود: شَبَرْتُ قِثَّاءة بمصرَ ثلاثة عشَرَ شِبرًا،  </w:t>
      </w:r>
      <w:r>
        <w:rPr>
          <w:color w:val="000000"/>
          <w:rtl w:val="1"/>
        </w:rPr>
        <w:t xml:space="preserve">ورأيتُ أترُجَّةَ على بعيرٍ بقِطعتَين قُطِعتْ وصُيِّرت على مِثلِ عِدلَين.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p>
      <w:pPr>
        <w:bidi w:val="1"/>
        <w:jc w:val="start"/>
      </w:pPr>
      <w:r>
        <w:rPr>
          <w:rtl w:val="1"/>
        </w:rPr>
        <w:t>الشرح: الدلالة: البعوث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كون الزكاة من عين ما وجبت فيه من مال  - شروط صحة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