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القتال في سبيل الله سبحانه تعالى-كتاب الجهاد-سنن ابن ماجة — رقم الحديث: 2794 — الرقم الفرعي: 99 — الرقم الأصلي: 2794</w:t>
        <w:br/>
      </w:r>
      <w:r>
        <w:rPr>
          <w:rtl w:val="1"/>
        </w:rPr>
        <w:t xml:space="preserve"> حدثنا أبو بكر بن أبي شيبة ثنا يعلى بن عبيد ثنا حجّاج بن دينار عن محمد بن ذكوان عن شهر بن حوشب عن عمرو بن عبسة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أتيت النبي ﷺ، فقلت: يا رسول الله، أي الجهاد أفضل؟ قال: «من أهريق دمه، وعقر جواده».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أنواع الشهداء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مراتب الشهداء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