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أجر المفطر في السفر إذا تولى العمل-كتاب الصيام-صحيح مسلم — رقم الحديث: 1120 — الرقم الفرعي: 99 — الرقم الأصلي: 1120</w:t>
        <w:br/>
      </w:r>
      <w:r>
        <w:rPr>
          <w:rtl w:val="1"/>
        </w:rPr>
        <w:t xml:space="preserve"> حدثني محمد بن حاتم حدثنا عبد الرحمن بن مهديّ عن معاوية بن صالح عن ربيعة قال:حدثني قَزَعَة</w:t>
        <w:br/>
      </w:r>
      <w:r>
        <w:rPr>
          <w:color w:val="000000"/>
          <w:rtl w:val="1"/>
        </w:rPr>
        <w:t xml:space="preserve">قال: أتيتُ أَبا سَعيدٍ الخُدْرِي رضي الله عنه، وهو مَكْثُور عليه، فلما تَفرَّقَ الناسُ عنه، قلت: إني لا أَسأَلُك عما يَسأَلُك هٰؤلاءِ عنه،  </w:t>
      </w:r>
      <w:r>
        <w:rPr>
          <w:color w:val="FF0000"/>
          <w:rtl w:val="1"/>
        </w:rPr>
        <w:t xml:space="preserve">سَألتُه: عن الصَّومِ في السَّفر؟ فقال: سافَرنا مَع رَسُولِ الله ﷺ إلى مَكَّة ونَحنُ صِيام، قال: فنَزَلنا مَنزِلًا، فقالَ رَسولُ الله ﷺ:  </w:t>
      </w:r>
      <w:r>
        <w:rPr>
          <w:color w:val="FF0000"/>
          <w:rtl w:val="1"/>
        </w:rPr>
        <w:t xml:space="preserve">«إنَّكُم قد دَنَوتُم مِن عَدُوِّكُم، والفِطرُ أَقوَى لَكُم». فكانَت رُخصَةً، فمِنّا مَن صَامَ، ومِنّا مَن أَفْطَر.  </w:t>
      </w:r>
      <w:r>
        <w:rPr>
          <w:color w:val="FF0000"/>
          <w:rtl w:val="1"/>
        </w:rPr>
        <w:t xml:space="preserve">ثُمّ نَزَلنا مَنزِلًا آخر، فقال: «إنَّكُم مُصبحو عَدُوِّكُم، والفِطرُ أَقوَى لَكُم، فأَفطِرُوا» وكانت عَزْمَةً، فأَفطَرنا.  </w:t>
      </w:r>
      <w:r>
        <w:rPr>
          <w:color w:val="000000"/>
          <w:rtl w:val="1"/>
        </w:rPr>
        <w:t xml:space="preserve">ثمّ قال: لقد رَأَيتُنا نَصومُ مَعَ رَسولِ الله ﷺ بعد ذلك، في السَّفَر. </w:t>
      </w:r>
    </w:p>
    <w:p>
      <w:pPr>
        <w:bidi w:val="1"/>
        <w:jc w:val="start"/>
      </w:pPr>
      <w:r>
        <w:rPr>
          <w:rtl w:val="1"/>
        </w:rPr>
        <w:t>الشرح: الدلالة: القتال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 xml:space="preserve">الشرح: الدلالة: نزول جيش المسلمين بمر الظهران وإنهاء النبي صلى الله عليه وسلم صيامه هناك - فتح مكة وما رافقها من أحداث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