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عن الخلاء على قارعة الطريق-كتاب الطهارة وسننها-سنن ابن ماجة — رقم الحديث: 329 — الرقم الفرعي: 99 — الرقم الأصلي: 329</w:t>
        <w:br/>
      </w:r>
      <w:r>
        <w:rPr>
          <w:rtl w:val="1"/>
        </w:rPr>
        <w:t xml:space="preserve"> حدثنا محمد بن يحيى ثنا عمرو بن أبي سلمة عن زهير قال:قال سالم سمعت الحسن يقول:ثنا جابر بن عبد الله قال:قال رسول الله صلى الله عليه وسلم</w:t>
        <w:br/>
      </w:r>
      <w:r>
        <w:rPr>
          <w:color w:val="FF0000"/>
          <w:rtl w:val="1"/>
        </w:rPr>
        <w:t xml:space="preserve">«إيَّاكم والتَّعريسَ على جَوادِّ الطَّريق، والصَّلاةَ عليها، فإنّها مأوَى الحَيّاتِ والسِّباع،  </w:t>
      </w:r>
      <w:r>
        <w:rPr>
          <w:color w:val="FF0000"/>
          <w:rtl w:val="1"/>
        </w:rPr>
        <w:t xml:space="preserve">وقَضاءَ الحاجةِ عليها، فإنّها مِن المَلاعِن».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آداب الطريق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