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الخوف-كتاب صلاة المسافرين وقصرها-صحيح مسلم — رقم الحديث: 841 — الرقم الفرعي: 99 — الرقم الأصلي: 841</w:t>
        <w:br/>
      </w:r>
      <w:r>
        <w:rPr>
          <w:rtl w:val="1"/>
        </w:rPr>
        <w:t xml:space="preserve"> حدثنا عبيد الله بن معاذ العَنبريّ حدثنا أبي حدثنا شُعبة عن عبد الرحمن بن القاسم عن أبيه عن صالح بن خَوّات بن جبير عن سهل بن أبي حَثْمَة</w:t>
        <w:br/>
      </w:r>
      <w:r>
        <w:rPr>
          <w:color w:val="FF0000"/>
          <w:rtl w:val="1"/>
        </w:rPr>
        <w:t xml:space="preserve">أنَّ رَسولَ الله ﷺ صَلَّى بأَصحابِه في الخَوف،  </w:t>
      </w:r>
      <w:r>
        <w:rPr>
          <w:color w:val="FF0000"/>
          <w:rtl w:val="1"/>
        </w:rPr>
        <w:t xml:space="preserve">فصَفَّهم خلْفَه صَفَّين، فصَلَّى بالذين يَلُونَه رَكعَة، ثم قامَ فلم يَزَلْ قائمًا حتى صلَّى الذين خلْفَهم رَكعَة،  </w:t>
      </w:r>
      <w:r>
        <w:rPr>
          <w:color w:val="FF0000"/>
          <w:rtl w:val="1"/>
        </w:rPr>
        <w:t xml:space="preserve">ثم تقدَّموا وتأخَّر الذين كانوا قُدَّامهم، فصَلَّى بهم رَكعَة، ثم قَعَدَ حتى صَلَّى الذين تَخلَّفوا رَكعَة، ثم سَلَّم.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